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Alex Morgan</w:t>
      </w:r>
    </w:p>
    <w:p>
      <w:pPr>
        <w:pStyle w:val="Subtitle"/>
        <w:jc w:val="center"/>
      </w:pPr>
      <w:r>
        <w:t>Rotterdam, Netherlands | Financial Analyst</w:t>
      </w:r>
    </w:p>
    <w:p>
      <w:pPr>
        <w:pStyle w:val="Heading1"/>
        <w:pBdr>
          <w:bottom w:val="single" w:sz="6" w:color="252525" w:space="4"/>
        </w:pBdr>
      </w:pPr>
      <w:r>
        <w:t>Summary</w:t>
      </w:r>
    </w:p>
    <w:p>
      <w:pPr>
        <w:keepLines/>
        <w:widowControl/>
        <w:ind w:left="227" w:hanging="227"/>
      </w:pPr>
      <w:r>
        <w:t xml:space="preserve">• </w:t>
      </w:r>
      <w:r>
        <w:t>Financial analyst with 3 years of full-time finance experience in manufacturing, covering management reporting, reforecast support, and equipment investment analysis.</w:t>
      </w:r>
    </w:p>
    <w:p>
      <w:pPr>
        <w:pStyle w:val="Heading1"/>
        <w:pBdr>
          <w:bottom w:val="single" w:sz="6" w:color="252525" w:space="4"/>
        </w:pBdr>
      </w:pPr>
      <w:r>
        <w:t>Work Experience</w:t>
      </w:r>
    </w:p>
    <w:p>
      <w:pPr>
        <w:keepLines/>
        <w:widowControl/>
        <w:ind w:left="227" w:hanging="227"/>
      </w:pPr>
      <w:r>
        <w:t xml:space="preserve">• </w:t>
      </w:r>
      <w:r>
        <w:t>Financial Analyst | Meridian Components | September 2023–September 2026</w:t>
      </w:r>
    </w:p>
    <w:p>
      <w:pPr>
        <w:keepLines/>
        <w:widowControl/>
        <w:ind w:left="227" w:hanging="227"/>
      </w:pPr>
      <w:r>
        <w:t xml:space="preserve">• </w:t>
      </w:r>
      <w:r>
        <w:t>Consolidated a monthly management pack from 8 cost-center files. Reconciled chart-of-account mappings. Used Power Query and validation checks, working with cost-center owners.</w:t>
      </w:r>
    </w:p>
    <w:p>
      <w:pPr>
        <w:keepLines/>
        <w:widowControl/>
        <w:ind w:left="227" w:hanging="227"/>
      </w:pPr>
      <w:r>
        <w:t xml:space="preserve">• </w:t>
      </w:r>
      <w:r>
        <w:t>Reduced pack preparation time from 5 to 3 working days over 6 monthly cycles, a reduction of 2 working days (40%). The measure covered pack preparation, not the financial close.</w:t>
      </w:r>
    </w:p>
    <w:p>
      <w:pPr>
        <w:keepLines/>
        <w:widowControl/>
        <w:ind w:left="227" w:hanging="227"/>
      </w:pPr>
      <w:r>
        <w:t xml:space="preserve">• </w:t>
      </w:r>
      <w:r>
        <w:t>Supported a quarterly reforecast for a manufacturing site using volume, unit cost, scrap, and overtime drivers. Produced a variance bridge versus budget and reviewed assumptions with operations. Documented risks with named owners and next steps. Forecast accuracy improvements, savings, and margin gains were not measured.</w:t>
      </w:r>
    </w:p>
    <w:p>
      <w:pPr>
        <w:keepLines/>
        <w:widowControl/>
        <w:ind w:left="227" w:hanging="227"/>
      </w:pPr>
      <w:r>
        <w:t xml:space="preserve">• </w:t>
      </w:r>
      <w:r>
        <w:t>Supported analysis of a proposed EUR 1.2m equipment investment, comparing base and downside assumptions for utilization, maintenance, demand, and timing. Simple payback was 30 months in the base case and 42 months in the downside case. Recommended phased commitment subject to demand milestones. The work was analysis and recommendation only; it did not establish investment approval or realized returns.</w:t>
      </w:r>
    </w:p>
    <w:p>
      <w:pPr>
        <w:pStyle w:val="Heading1"/>
        <w:pBdr>
          <w:bottom w:val="single" w:sz="6" w:color="252525" w:space="4"/>
        </w:pBdr>
      </w:pPr>
      <w:r>
        <w:t>Education</w:t>
      </w:r>
    </w:p>
    <w:p>
      <w:pPr>
        <w:keepLines/>
        <w:widowControl/>
        <w:ind w:left="227" w:hanging="227"/>
      </w:pPr>
      <w:r>
        <w:t xml:space="preserve">• </w:t>
      </w:r>
      <w:r>
        <w:t>Master of Science in Business Economics | Full-time | September 2021–June 2023</w:t>
      </w:r>
    </w:p>
    <w:p>
      <w:pPr>
        <w:keepLines/>
        <w:widowControl/>
        <w:ind w:left="227" w:hanging="227"/>
      </w:pPr>
      <w:r>
        <w:t xml:space="preserve">• </w:t>
      </w:r>
      <w:r>
        <w:t>BSc Economics | Completed June 2021</w:t>
      </w:r>
    </w:p>
    <w:p>
      <w:pPr>
        <w:pStyle w:val="Heading1"/>
        <w:pBdr>
          <w:bottom w:val="single" w:sz="6" w:color="252525" w:space="4"/>
        </w:pBdr>
      </w:pPr>
      <w:r>
        <w:t>Tools</w:t>
      </w:r>
    </w:p>
    <w:p>
      <w:pPr>
        <w:keepLines/>
        <w:widowControl/>
        <w:ind w:left="227" w:hanging="227"/>
      </w:pPr>
      <w:r>
        <w:t xml:space="preserve">• </w:t>
      </w:r>
      <w:r>
        <w:t>Excel, Power Query, and SAP reporting extracts.</w:t>
      </w:r>
    </w:p>
    <w:sectPr w:rsidR="00FC693F" w:rsidRPr="0006063C" w:rsidSect="00034616">
      <w:footerReference w:type="default" r:id="rId9"/>
      <w:pgSz w:w="11906" w:h="16838"/>
      <w:pgMar w:top="680" w:right="794" w:bottom="680" w:left="79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r>
    <w:fldSimple w:instr="PAGE"/>
    <w:r>
      <w:rPr>
        <w:sz w:val="18"/>
      </w:rPr>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exact" w:after="40"/>
      <w:snapToGrid w:val="0"/>
    </w:pPr>
    <w:rPr>
      <w:rFonts w:ascii="Times New Roman" w:hAnsi="Times New Roman" w:eastAsia="Songti SC"/>
      <w:i w:val="0"/>
      <w:color w:val="17171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line="320" w:lineRule="exact"/>
      <w:outlineLvl w:val="0"/>
    </w:pPr>
    <w:rPr>
      <w:rFonts w:cstheme="majorBidi" w:ascii="Arial" w:hAnsi="Arial" w:eastAsia="Arial Unicode MS"/>
      <w:b/>
      <w:bCs/>
      <w:i w:val="0"/>
      <w:color w:val="171717"/>
      <w:sz w:val="24"/>
      <w:szCs w:val="28"/>
    </w:rPr>
  </w:style>
  <w:style w:type="paragraph" w:styleId="Heading2">
    <w:name w:val="heading 2"/>
    <w:basedOn w:val="Normal"/>
    <w:next w:val="Normal"/>
    <w:link w:val="Heading2Char"/>
    <w:uiPriority w:val="9"/>
    <w:unhideWhenUsed/>
    <w:qFormat/>
    <w:rsid w:val="00FC693F"/>
    <w:pPr>
      <w:keepNext/>
      <w:keepLines/>
      <w:spacing w:before="200" w:after="60" w:line="300" w:lineRule="exact"/>
      <w:outlineLvl w:val="1"/>
    </w:pPr>
    <w:rPr>
      <w:rFonts w:cstheme="majorBidi" w:ascii="Arial" w:hAnsi="Arial" w:eastAsia="Arial Unicode MS"/>
      <w:b/>
      <w:bCs/>
      <w:i w:val="0"/>
      <w:color w:val="171717"/>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500" w:lineRule="exact"/>
      <w:contextualSpacing/>
    </w:pPr>
    <w:rPr>
      <w:rFonts w:cstheme="majorBidi" w:ascii="Arial" w:hAnsi="Arial" w:eastAsia="Arial Unicode MS"/>
      <w:b/>
      <w:i w:val="0"/>
      <w:color w:val="171717"/>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200" w:line="280" w:lineRule="exact"/>
    </w:pPr>
    <w:rPr>
      <w:rFonts w:cstheme="majorBidi" w:ascii="Times New Roman" w:hAnsi="Times New Roman" w:eastAsia="Songti SC"/>
      <w:i w:val="0"/>
      <w:iCs/>
      <w:color w:val="171717"/>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Alex Morgan</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